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2A8" w:rsidRDefault="009A05B7">
      <w:pPr>
        <w:spacing w:after="240"/>
        <w:jc w:val="center"/>
        <w:rPr>
          <w:lang w:eastAsia="ja-JP"/>
        </w:rPr>
      </w:pPr>
      <w:r>
        <w:rPr>
          <w:rFonts w:ascii="游ゴシック" w:eastAsia="游ゴシック" w:hAnsi="游ゴシック"/>
          <w:b/>
          <w:sz w:val="32"/>
          <w:lang w:eastAsia="ja-JP"/>
        </w:rPr>
        <w:t>日本社会関連会計学会40周年記念研究プロジェクト</w:t>
      </w:r>
      <w:r w:rsidR="003B72A2">
        <w:rPr>
          <w:rFonts w:ascii="游ゴシック" w:eastAsia="游ゴシック" w:hAnsi="游ゴシック" w:hint="eastAsia"/>
          <w:b/>
          <w:sz w:val="32"/>
          <w:lang w:eastAsia="ja-JP"/>
        </w:rPr>
        <w:t xml:space="preserve">　</w:t>
      </w:r>
      <w:r>
        <w:rPr>
          <w:rFonts w:ascii="游ゴシック" w:eastAsia="游ゴシック" w:hAnsi="游ゴシック"/>
          <w:b/>
          <w:sz w:val="32"/>
          <w:lang w:eastAsia="ja-JP"/>
        </w:rPr>
        <w:t>申請書</w:t>
      </w:r>
    </w:p>
    <w:p w:rsidR="007F12A8" w:rsidRDefault="009A05B7">
      <w:pPr>
        <w:jc w:val="right"/>
      </w:pPr>
      <w:r>
        <w:t>提出日：　　　年　　　月　　　日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2948"/>
        <w:gridCol w:w="2041"/>
        <w:gridCol w:w="3175"/>
      </w:tblGrid>
      <w:tr w:rsidR="007F12A8">
        <w:trPr>
          <w:trHeight w:val="680"/>
          <w:jc w:val="center"/>
        </w:trPr>
        <w:tc>
          <w:tcPr>
            <w:tcW w:w="2041" w:type="dxa"/>
            <w:shd w:val="clear" w:color="auto" w:fill="EDEDED"/>
            <w:vAlign w:val="center"/>
          </w:tcPr>
          <w:p w:rsidR="007F12A8" w:rsidRDefault="009A05B7">
            <w:pPr>
              <w:spacing w:after="0"/>
              <w:jc w:val="center"/>
            </w:pPr>
            <w:r>
              <w:rPr>
                <w:b/>
              </w:rPr>
              <w:t>研究代表者氏名</w:t>
            </w:r>
          </w:p>
        </w:tc>
        <w:tc>
          <w:tcPr>
            <w:tcW w:w="2948" w:type="dxa"/>
            <w:vAlign w:val="center"/>
          </w:tcPr>
          <w:p w:rsidR="007F12A8" w:rsidRDefault="007F12A8">
            <w:pPr>
              <w:spacing w:after="0"/>
            </w:pPr>
          </w:p>
        </w:tc>
        <w:tc>
          <w:tcPr>
            <w:tcW w:w="2041" w:type="dxa"/>
            <w:shd w:val="clear" w:color="auto" w:fill="EDEDED"/>
            <w:vAlign w:val="center"/>
          </w:tcPr>
          <w:p w:rsidR="007F12A8" w:rsidRDefault="009A05B7">
            <w:pPr>
              <w:spacing w:after="0"/>
              <w:jc w:val="center"/>
            </w:pPr>
            <w:r>
              <w:rPr>
                <w:b/>
              </w:rPr>
              <w:t>所属機関</w:t>
            </w:r>
          </w:p>
        </w:tc>
        <w:tc>
          <w:tcPr>
            <w:tcW w:w="3175" w:type="dxa"/>
            <w:vAlign w:val="center"/>
          </w:tcPr>
          <w:p w:rsidR="007F12A8" w:rsidRDefault="007F12A8">
            <w:pPr>
              <w:spacing w:after="0"/>
            </w:pPr>
          </w:p>
        </w:tc>
      </w:tr>
      <w:tr w:rsidR="007F12A8">
        <w:trPr>
          <w:trHeight w:val="680"/>
          <w:jc w:val="center"/>
        </w:trPr>
        <w:tc>
          <w:tcPr>
            <w:tcW w:w="2041" w:type="dxa"/>
            <w:shd w:val="clear" w:color="auto" w:fill="EDEDED"/>
            <w:vAlign w:val="center"/>
          </w:tcPr>
          <w:p w:rsidR="007F12A8" w:rsidRPr="00E3240A" w:rsidRDefault="00E3240A">
            <w:pPr>
              <w:spacing w:after="0"/>
              <w:jc w:val="center"/>
              <w:rPr>
                <w:b/>
              </w:rPr>
            </w:pPr>
            <w:r w:rsidRPr="00E3240A">
              <w:rPr>
                <w:rFonts w:hint="eastAsia"/>
                <w:b/>
                <w:lang w:eastAsia="ja-JP"/>
              </w:rPr>
              <w:t>連絡先住所・email</w:t>
            </w:r>
          </w:p>
        </w:tc>
        <w:tc>
          <w:tcPr>
            <w:tcW w:w="8164" w:type="dxa"/>
            <w:gridSpan w:val="3"/>
            <w:vAlign w:val="center"/>
          </w:tcPr>
          <w:p w:rsidR="007F12A8" w:rsidRDefault="007F12A8">
            <w:pPr>
              <w:spacing w:after="0"/>
            </w:pPr>
          </w:p>
          <w:p w:rsidR="007F12A8" w:rsidRDefault="007F12A8">
            <w:pPr>
              <w:spacing w:after="0"/>
            </w:pPr>
          </w:p>
        </w:tc>
      </w:tr>
      <w:tr w:rsidR="007F12A8">
        <w:trPr>
          <w:trHeight w:val="1360"/>
          <w:jc w:val="center"/>
        </w:trPr>
        <w:tc>
          <w:tcPr>
            <w:tcW w:w="2041" w:type="dxa"/>
            <w:shd w:val="clear" w:color="auto" w:fill="EDEDED"/>
          </w:tcPr>
          <w:p w:rsidR="007F12A8" w:rsidRDefault="009A05B7">
            <w:pPr>
              <w:spacing w:after="0"/>
              <w:jc w:val="center"/>
            </w:pPr>
            <w:r>
              <w:rPr>
                <w:b/>
              </w:rPr>
              <w:t>研究分担者氏名</w:t>
            </w:r>
          </w:p>
        </w:tc>
        <w:tc>
          <w:tcPr>
            <w:tcW w:w="2948" w:type="dxa"/>
          </w:tcPr>
          <w:p w:rsidR="00EB4135" w:rsidRDefault="00EB4135">
            <w:pPr>
              <w:spacing w:after="0"/>
            </w:pPr>
            <w:bookmarkStart w:id="0" w:name="_GoBack"/>
            <w:bookmarkEnd w:id="0"/>
          </w:p>
        </w:tc>
        <w:tc>
          <w:tcPr>
            <w:tcW w:w="2041" w:type="dxa"/>
            <w:shd w:val="clear" w:color="auto" w:fill="EDEDED"/>
          </w:tcPr>
          <w:p w:rsidR="007F12A8" w:rsidRDefault="009A05B7">
            <w:pPr>
              <w:spacing w:after="0"/>
              <w:jc w:val="center"/>
            </w:pPr>
            <w:r>
              <w:rPr>
                <w:b/>
              </w:rPr>
              <w:t>所属機関</w:t>
            </w:r>
          </w:p>
        </w:tc>
        <w:tc>
          <w:tcPr>
            <w:tcW w:w="3175" w:type="dxa"/>
          </w:tcPr>
          <w:p w:rsidR="007F12A8" w:rsidRDefault="007F12A8">
            <w:pPr>
              <w:spacing w:after="0"/>
            </w:pPr>
          </w:p>
        </w:tc>
      </w:tr>
    </w:tbl>
    <w:p w:rsidR="007F12A8" w:rsidRDefault="007F12A8"/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F12A8">
        <w:trPr>
          <w:trHeight w:val="1247"/>
          <w:jc w:val="center"/>
        </w:trPr>
        <w:tc>
          <w:tcPr>
            <w:tcW w:w="10206" w:type="dxa"/>
          </w:tcPr>
          <w:p w:rsidR="007F12A8" w:rsidRDefault="009A05B7">
            <w:pPr>
              <w:spacing w:after="60"/>
            </w:pPr>
            <w:r>
              <w:rPr>
                <w:b/>
              </w:rPr>
              <w:t>研究テーマ</w:t>
            </w:r>
          </w:p>
        </w:tc>
      </w:tr>
    </w:tbl>
    <w:p w:rsidR="007F12A8" w:rsidRDefault="007F12A8"/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F12A8">
        <w:trPr>
          <w:trHeight w:val="2608"/>
          <w:jc w:val="center"/>
        </w:trPr>
        <w:tc>
          <w:tcPr>
            <w:tcW w:w="10206" w:type="dxa"/>
          </w:tcPr>
          <w:p w:rsidR="007F12A8" w:rsidRDefault="009A05B7">
            <w:pPr>
              <w:spacing w:after="60"/>
            </w:pPr>
            <w:r>
              <w:rPr>
                <w:b/>
              </w:rPr>
              <w:t>研究目的</w:t>
            </w:r>
          </w:p>
        </w:tc>
      </w:tr>
    </w:tbl>
    <w:p w:rsidR="007F12A8" w:rsidRDefault="007F12A8"/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F12A8">
        <w:trPr>
          <w:trHeight w:val="3402"/>
          <w:jc w:val="center"/>
        </w:trPr>
        <w:tc>
          <w:tcPr>
            <w:tcW w:w="10206" w:type="dxa"/>
          </w:tcPr>
          <w:p w:rsidR="007F12A8" w:rsidRDefault="009A05B7">
            <w:pPr>
              <w:spacing w:after="60"/>
            </w:pPr>
            <w:r>
              <w:rPr>
                <w:b/>
              </w:rPr>
              <w:t>研究概要</w:t>
            </w:r>
          </w:p>
        </w:tc>
      </w:tr>
    </w:tbl>
    <w:p w:rsidR="007F12A8" w:rsidRDefault="007F12A8"/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F12A8">
        <w:trPr>
          <w:trHeight w:val="3855"/>
          <w:jc w:val="center"/>
        </w:trPr>
        <w:tc>
          <w:tcPr>
            <w:tcW w:w="10206" w:type="dxa"/>
          </w:tcPr>
          <w:p w:rsidR="007F12A8" w:rsidRDefault="009A05B7">
            <w:pPr>
              <w:spacing w:after="60"/>
            </w:pPr>
            <w:r>
              <w:rPr>
                <w:b/>
              </w:rPr>
              <w:lastRenderedPageBreak/>
              <w:t>研究計画</w:t>
            </w:r>
          </w:p>
        </w:tc>
      </w:tr>
    </w:tbl>
    <w:p w:rsidR="00DF1B23" w:rsidRDefault="00DF1B23">
      <w:pPr>
        <w:rPr>
          <w:sz w:val="18"/>
          <w:lang w:eastAsia="ja-JP"/>
        </w:rPr>
      </w:pPr>
    </w:p>
    <w:p w:rsidR="007F12A8" w:rsidRDefault="009A05B7">
      <w:pPr>
        <w:rPr>
          <w:lang w:eastAsia="ja-JP"/>
        </w:rPr>
      </w:pPr>
      <w:r>
        <w:rPr>
          <w:sz w:val="18"/>
          <w:lang w:eastAsia="ja-JP"/>
        </w:rPr>
        <w:t>※必要に応じて行を追加し、記入欄の大きさを調整してください。</w:t>
      </w:r>
    </w:p>
    <w:sectPr w:rsidR="007F12A8" w:rsidSect="00034616">
      <w:footerReference w:type="default" r:id="rId8"/>
      <w:pgSz w:w="11906" w:h="16838"/>
      <w:pgMar w:top="1134" w:right="1020" w:bottom="102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0B4" w:rsidRDefault="004340B4">
      <w:pPr>
        <w:spacing w:after="0" w:line="240" w:lineRule="auto"/>
      </w:pPr>
      <w:r>
        <w:separator/>
      </w:r>
    </w:p>
  </w:endnote>
  <w:endnote w:type="continuationSeparator" w:id="0">
    <w:p w:rsidR="004340B4" w:rsidRDefault="00434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2A8" w:rsidRDefault="009A05B7">
    <w:pPr>
      <w:pStyle w:val="a7"/>
      <w:jc w:val="center"/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EB4135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0B4" w:rsidRDefault="004340B4">
      <w:pPr>
        <w:spacing w:after="0" w:line="240" w:lineRule="auto"/>
      </w:pPr>
      <w:r>
        <w:separator/>
      </w:r>
    </w:p>
  </w:footnote>
  <w:footnote w:type="continuationSeparator" w:id="0">
    <w:p w:rsidR="004340B4" w:rsidRDefault="00434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72A2"/>
    <w:rsid w:val="004340B4"/>
    <w:rsid w:val="007F12A8"/>
    <w:rsid w:val="009A05B7"/>
    <w:rsid w:val="00A74678"/>
    <w:rsid w:val="00AA1D8D"/>
    <w:rsid w:val="00B47730"/>
    <w:rsid w:val="00CB0664"/>
    <w:rsid w:val="00DF1B23"/>
    <w:rsid w:val="00E3240A"/>
    <w:rsid w:val="00E93154"/>
    <w:rsid w:val="00EB41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451500"/>
  <w14:defaultImageDpi w14:val="300"/>
  <w15:docId w15:val="{73351F71-599E-4BC1-AFA7-E25EF666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游明朝" w:eastAsia="游明朝" w:hAnsi="游明朝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D6F2FE-D69D-4127-B734-D90BDF850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Kokubu</cp:lastModifiedBy>
  <cp:revision>2</cp:revision>
  <dcterms:created xsi:type="dcterms:W3CDTF">2026-07-11T00:43:00Z</dcterms:created>
  <dcterms:modified xsi:type="dcterms:W3CDTF">2026-07-11T00:43:00Z</dcterms:modified>
  <cp:category/>
</cp:coreProperties>
</file>